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הביקורת ואת מבנה הטיפוסי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ביקורת קצרה על יצירה או 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להעריך יצירה ולהמליץ או לא להמליץ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לגלות 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גוף ראשון וגוף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מצד אחד... מצד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גם חוזקות וגם חולשות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דירוג והמלצה למי זה מתאים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ביקורת נכתבת בדרך כלל 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מילים אופייניות למשלב של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ביקורת טובה כוללת גם חוזקות וגם חולשות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ביקורת יכולה להיות גם על מקום או 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לטעמי היא ביטוי בגוף ראשון המבטא דעה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צפוי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היצירה, היוצר, סוג)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(סיכום קצר בלי לגלות את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(חוזקות וחולשות עם דוגמאות)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(דירוג והמלצה למי זה מתאים)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(מילת קישור בביקורת)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פרטי היצירה - שם, יוצר וסוג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תקציר קצר בלי לגלות את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חוזקות וחולשות עם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שורה תחתונה עם דירוג והמלצה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שיש פרטים על היצירה, תקציר קצר בלי לגלות את הסוף, חוזקות וחולשות עם דוגמאות, ושורה תחתונה עם דירוג והמלצה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ניגוד בין שתי נקודות מבט על אותה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שהמטרה היא להעריך ולהמליץ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מציין שצריך גם חוזקות וגם חולשות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מביא דוגמה כמו מצד אחד... מצד שני או לטעמי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דוגמת ביקורת אמיתית מהכיתה ולנתח יחד את מבנה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שביקורת טובה כוללת גם ביקורת חיובית וגם שלילית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ביקורת על יצירה שלמדו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ביקורת היא טקסט שמטרתו להעריך יצירה, מוצר או מקום, ולהמליץ או לא להמליץ עליו. בדף זה נתרגל זיהוי וכתיבה של ביקורת.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טקסט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מדומיין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להעריך יצירה ולהמליץ או לא להמליץ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תהליך בשלבים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לקנות מוצר בפרסומת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חייב להיות בתקציר בביקורת?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לגלות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לגלות את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רק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רק דירוג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גוף בדרך כלל כתובה 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שני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ראשון וגוף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רבים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קישור מתאימה לביקורת?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 ולבסוף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מצד אחד... מצד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אתמול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חלק ה'הערכה' בביקורת?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חוזקות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חוזקות וגם חולשות עם דוגמאות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שם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מופיע בדרך כלל ב'שורה התחתונה'?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תקציר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דירוג והמלצה למי זה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ההורים של היוצר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עליית הגג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כתובה תמיד רק בזמן עבר.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בביקורת משתמשים בשמות תואר מעריכים כמו מרתק או משעמם.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ביקורת צריכה להציג רק את הצדדים הטובים של היצירה.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ביקורת על מסעדה ולא רק על ספר או סרט.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'לטעמי' מעידה על גוף ראשון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ביקורת נכתבת כדי להעריך יצירה ולהמליץ או __________ להמליץ עליה.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בתקציר אסור לגלות את ה__________ של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בחלק ההערכה כותבים על __________ וחולשות של היצירה.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הביקורת מופיעה ה__________ התחתונה עם המלצה.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מילת הקישור 'עם __________' מופיעה ברשימת סימני הלשון של ביקורת.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שמות תואר מעריכים כמו מרתק או __________ אופייניים לביקורת.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קישור בביקורת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תקציר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דירוג והמלצה למי זה מתאים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היצירה, היוצר, סוג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שורה תחתונה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חוזקות וחולשות עם דוגמאות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מצד אחד... מצד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סיכום קצר בלי לגלות את הסוף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שורה תחתונה עם דירוג והמלצה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פרטי היצירה - שם, יוצר וסוג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תקציר קצר בלי לגלות את הסוף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חוזקות וחולשות עם דוגמאות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ביקורת קצרה על ספר, סרט או משחק שאתם מכירים. כללו פרטים, תקציר קצר, הערכה עם חוזקות וחולשות, ושורה תחתונה עם 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במילת הקישור 'מצד אחד... מצד שני' כדי לתאר יצירה.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הביקורת?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להיות בחלק ההערכה של ביקורת?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למילת קישור המופיעה בביקורת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