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הביקורת ואת מבנה הטיפוסי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ביקורת קצרה על יצירה או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יצירה ולהמליץ או לא להמליץ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גוף ראשון וגוף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מצד אחד... מצד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חוזקות וגם חולשות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דירוג והמלצה למי זה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ביקורת נכתבת בדרך כלל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מילים אופייניות למשלב של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ביקורת טובה כוללת גם חוזקות וגם חולשות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ביקורת יכולה להיות גם על מקום או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לטעמי היא ביטוי בגוף ראשון המבטא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היצירה, היוצר,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(סיכום קצר בלי לגלות את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(חוזקות וחולשות עם 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(דירוג והמלצה למי זה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(מילת קישור בביקורת)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פרטי היצירה - שם, יוצר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תקציר קצר בלי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חוזקות וחולשות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שורה תחתונה עם דירוג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פרטים על היצירה, תקציר קצר בלי לגלות את הסוף, חוזקות וחולשות עם דוגמאות, ושורה תחתונה עם דירוג והמלצה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ניגוד בין שתי נקודות מבט על אותה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שהמטרה היא להעריך ולהמליץ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 שצריך גם חוזקות וגם חולשות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 דוגמה כמו מצד אחד... מצד שני או לטעמי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ביקורת אמיתית מהכיתה ולנתח יחד את מבנה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שביקורת טובה כוללת גם ביקורת חיובית וגם שלילית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ביקורת על יצירה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ביקורת היא טקסט שאומר אם ספר, סרט או מקום הם טובים או לא. נלמד איך לזהות ולכתוב ביקורת.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שמעריך יצירה או מוצר ואומר אם הוא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להמליץ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שכדאי לקרוא, לראות או לנסות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הטובים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הפחות טובים ביצירה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שורה תחתונה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המסקנה הסופית של הביקורת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דירוג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או מספר כוכבים שנותנים ליצירה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 של העלילה בלי לגלות את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 מעריך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דעה, כמו מרתק או משעמם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מדומיין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להעריך יצירה ולהמליץ או לא להמליץ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לקנות מוצר בפרסומת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אסור לכתוב בתקציר?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רק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רק דירוג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גוף כותבים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וגוף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ביטוי מתאים לביקורת?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 ולבסוף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 אחד... מצד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כתוב בחלק ההערכה?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חוזקות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חוזקות וגם חולשות עם דוגמאות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כתוב בסוף הביקורת?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תקציר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דירוג והמלצה למי זה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ההורים של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עליית הגג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כתובה תמיד רק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משתמשים בשמות תואר מעריכים כמו מרתק או משעמם.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צריכה להציג רק את הצדדים הטובים של היצירה.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ביקורת על מסעדה ולא רק על ספר או סרט.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'לטעמי' מעידה על גוף ראשון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ביקורת נכתבת כדי להעריך יצירה ולהמליץ או __________ להמליץ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בתקציר אסור לגלות את ה__________ של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ההערכה כותבים על __________ וחולשות של היצירה.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הביקורת מופיעה ה__________ התחתונה עם המלצה.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'עם __________' מופיעה ברשימת סימני הלשון של ביקורת.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שמות תואר מעריכים כמו מרתק או __________ אופייניים לביקורת.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קישור בביקורת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דירוג והמלצה למי זה 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היצירה, היוצר, סוג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שורה תחתונה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חוזקות וחולשות עם דוגמאות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מצד אחד...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סיכום קצר בלי לגלות את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חוזקות וחולשות עם דוגמאות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שורה תחתונה עם דירוג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תקציר קצר בלי לגלות את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פרטי היצירה - שם, יוצר וסוג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ביקורת קצרה על ספר, סרט או משחק שאתם מכירים. כללו פרטים, תקציר קצר, הערכה עם חוזקות וחולשות, ושורה תחתונה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במילת הקישור 'מצד אחד... מצד שני' כדי לתאר יצירה.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בחלק ההערכה של 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המופיעה בביקורת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