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הביקורת ואת מבנה הטיפוסי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האופייניים לביקורת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ביקורת קצרה על יצירה או 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להעריך יצירה ולהמליץ או לא להמליץ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לגלות את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גוף ראשון וגוף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ביקורת נכתבת בדרך כלל 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מילים אופייניות למשלב של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ביקורת טובה כוללת גם חוזקות וגם חולשות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היצירה, היוצר, סוג)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(סיכום קצר בלי לגלות את הסוף)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(חוזקות וחולשות עם דוגמאות)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(דירוג והמלצה למי זה מתאים)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פרטי היצירה - שם, יוצר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תקציר קצר בלי לגלות את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חוזקות וחולשות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שורה תחתונה עם דירוג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פרטים על היצירה, תקציר קצר בלי לגלות את הסוף, חוזקות וחולשות עם דוגמאות, ושורה תחתונה עם דירוג והמלצה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שהמטרה היא להעריך ולהמליץ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 שצריך גם חוזקות וגם חולשות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מביא דוגמה כמו מצד אחד... מצד שני או לטעמי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דוגמת ביקורת אמיתית מהכיתה ולנתח יחד את מבנה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שביקורת טובה כוללת גם ביקורת חיובית וגם שלילית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ביקורת על יצירה שלמדו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ביקורת היא טקסט שמטרתו להעריך יצירה, מוצר או מקום, ולהמליץ או לא להמליץ עליו. בדף זה נתרגל זיהוי וכתיבה של ביקורת.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  ·  חוזקות  ·  סוף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טקסט 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לספר סיפור מדומיין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להעריך יצירה ולהמליץ או לא להמליץ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לתאר תהליך בשלבים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חייב להיות בתקציר בביקורת?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לגלות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לגלות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רק שם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גוף בדרך כלל כתובה 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שני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ראשון וגוף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רבים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ביקורת כתובה תמיד רק בזמן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בביקורת משתמשים בשמות תואר מעריכים כמו מרתק או משעמם.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ביקורת צריכה להציג רק את הצדדים הטובים של היצירה.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ביקורת נכתבת כדי להעריך יצירה ולהמליץ או __________ להמליץ עליה.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בתקציר אסור לגלות את ה__________ של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בחלק ההערכה כותבים על __________ וחולשות של היצירה.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סיכום קצר בלי לגלות את הסוף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תקציר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דירוג והמלצה למי זה מתאים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היצירה, היוצר, סוג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שורה תחתונה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חוזקות וחולשות עם דוגמאות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תקציר קצר בלי לגלות את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שורה תחתונה עם דירוג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פרטי היצירה - שם, יוצר וסוג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חוזקות וחולשות עם דוגמאות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ביקורת קצרה על ספר, סרט או משחק שאתם מכירים. כללו פרטים, תקציר קצר, הערכה עם חוזקות וחולשות, ושורה תחתונה עם המלצה.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הביקורת?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חייב להיות בחלק ההערכה של ביקורת?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ביקורת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